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משימה לכל טקסט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בדרך ברורה ומהנה דרך כרטיסי מי-מה-איפה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הסקה וחשיבה דרך שאלות, ניחוש המשך וקישור לחיים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לשון בסיסיים (שם עצם, פועל, תואר, רבים, זמנים) ואוצר מילים (נרדפות, הפכים, משפחות מילים)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יצירה אישית - כתיבה וציור - סביב הטקסט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הבנת הנקרא: מי, מה, איפה – שאלות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גג בניין ברחוב הדקלים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הבנת הנקרא: מי, מה, איפה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הגג היה אפור ומשעמם, ואף אחד לא עלה אליו חוץ מהיונים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שהיא תלתה מודעה שמחפשת שכנים ושכנות שאוהבים צמחים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הבנת הנקרא: מי, מה, איפה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איתור עובדות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הגג היה אפור ומשעמם. נועה תלתה מודעה בכניסה לבניין. ביום שישי הגיעו שלושה אנשים לגג.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חשיבה מסדר גבוה: שאלות וניחושים – הכרת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נועה עלתה לגג עם סבתא כדי לתלות כביסה.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סבתא צחקה ושאלה איפה ימצאו אדמה ומים.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חשיבה מסדר גבוה: שאלות וניחושים – בדיקת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סבתא, איתי ומר אליהו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מודעה שמחפשת שכנים אוהבי צמחים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חשיבה מסדר גבוה: שאלות וניחושים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חשיבה מסדר גבוה: שאלות וניחושים – שאלות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שהתשובה עליה מופיעה בטקסט, למשל: מי עלה לגג עם נועה?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פתוחה, למשל: למה מר אליהו תמיד שתק?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דמויות ומבנה הטקסט – מה זוכרים מהסיפור?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הגג היה אפור ומשעמם, לפני שנועה הציעה להקים בו גינה.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בתחילת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סבתא צחקה ושאלה מאין תבוא אדמה ומי ישקה את הצמחים.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המודעה הזמינה שכנים להיפגש ביום שישי על הגג.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דמויות ומבנה הטקסט – מתאימים דמות למעשה או לדיבור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(הציעה להקים גינה על הגג ולא ויתרה)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(צחקה ושאלה מאין תבוא האדמה ומי ישקה)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(השכן הזקן שתמיד שתק אבל הפתיע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(שכן מהקומה השנייה שהגיע לפגישה ביום שישי)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(הזמינה שכנים שאוהבים צמחים להיפגש ביום שישי)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דמויות ומבנה הטקסט – מתעמקים בדמויות ובמבנה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לפחות שני מעשים: הציעה להקים גינה על הגג, תלתה מודעה והזמינה שכנים, ולא ויתרה למרות הספק של סבתא.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סבתא חשבה שקשה להקים גינה בלי אדמה ובלי מי שישקה אותה, ולכן הביעה ספק.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פתיחה – תיאור הגג המשעמם ורעיון הגינה של נועה. אמצע – המודעה והפגישה עם השכנים ביום שישי. סוף – ההפתעה שהביא מר אליהו.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אפשר לענות שהוא אדם שפועל יותר משהוא מדבר, ושיש לו עניין וידע שהפתיעו את כולם, כמו הבאת ארגזי העץ.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לשון: שם עצם, פועל ושם תואר – זיהוי יסודי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שם עצם, פועל ושם תואר – זיהוי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שם של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פועל שמתאר פעולה שסבתא עשתה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לשון: שם עצם, פועל ושם תואר – יחיד/רבים וזכר/נקבה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לשון: שם עצם, פועל ושם תואר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(יחיד)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אוצר מילים: נרדפות, הפכים ומשפחות מילים – זיהוי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הדהים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התעקשה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אוצר מילים: נרדפות, הפכים ומשפחות מילים – התאמת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(עבר, יחיד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(הווה)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(עבר, יחיד נקבה (שורש תלה))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(תואר (צורת סביל))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אוצר מילים: נרדפות, הפכים ומשפחות מילים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שבו מופיעה המילה עלייה בהקשר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שמציין כיוון הפוך של תנועה - למעלה מול למטה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מילה מהטקסט + נרדפת מתאימה + הפוכה מתאימה + הסבר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מילים כמו תולה, יתלה, תלייה, מתלה + משפט תקין עם אחת מהן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יצירה: סוף חדש וציור – הכרה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מר אליהו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יצירה: סוף חדש וציור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הגג היה אפור ומשעמם, ואף אחד לא עלה אליו חוץ מהיונים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נכתב שהוא תמיד שתק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קצרה וברורה שמתייחסת לפרטים מהטקסט, לא ניחוש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לפי הגדרה: שם עצם (דבר), פועל (פעולה), שם תואר (תכונה)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סוף חדש עם לפחות ארבעה משפטים שמתחברים לעלילת הסיפור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- פרק אחד או שניים בכל פעם, לפי 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פחות כרטיסים בכל פרק ולאפשר תשובה בציור או בעל פה במקום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כרטיס נוסף מאותה משפחה או לבקש הנמקה מורחבת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עבודת החוברת עם שליפת כרטיס אקראית או לוח בחירה בכיתה, כדי לשמור על מוטיבציה ותנועה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כרטיסיות משימה לכל טקסט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משימות קצרות על הסיפור שקראנו. עובדים פרק אחרי פרק. בכל פרק בוחרים משימה אחת או שתיים. אפשר לצייר, לכתוב או לספר.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מה כתוב בטקסט ולענות על שאלות עליו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לבדוק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הכי חשוב שהטקסט רוצה לספר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להבין משהו שלא כתוב במפורש, לפי רמזים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בעל חיים שמככב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הטקסט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החלוקה של הטקסט לפתיחה, אמצע וסוף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מילים נרדפות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שהמשמעות שלהן 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שהמשמעות שלהן הפוכה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להן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עצם, פועל, 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שלושה סוגי מילים בסיסיים בעברית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הבנת הנקרא: מי, מה, איפה – שאלות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עלה לגג עם סבתא?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קורה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גג בניין ברחוב הדקלים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בחנות צעצועים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הבנת הנקרא: מי, מה, איפה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הגג היה ירוק ומלא פרחים לפני שנועה עלתה אליו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תלתה מודעה כדי למצוא שכנים שאוהבים צמחים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הבנת הנקרא: מי, מה, איפה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שהייתה שם גינה, אף אחד לא עלה לגג חוץ מ-__________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איתור עובדות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עובדות מהטקסט 'הגינה שעל הגג' – כל עובדה במשפט שלם, בשורה נפרדת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חשיבה מסדר גבוה: שאלות וניחושים – הכרת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עלתה לגג כדי לשחק עם היונים.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התלהבה מיד מרעיון הגינה על הגג.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חשיבה מסדר גבוה: שאלות וניחושים – בדיקת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בא לפגישה?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נועה וסבתא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נועה, סבתא ואיתי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סבתא, איתי ומר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דיירי הבניין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נועה תלתה?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של 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מודעה שמחפשת שכנים אוהבי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חשיבה מסדר גבוה: שאלות וניחושים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 אליהו היה שכן זקן שתמיד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חשיבה מסדר גבוה: שאלות וניחושים – שאלות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שהתשובה עליה כתובה בסיפור.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שהתשובה עליה לא כתובה בסיפור, וצריך לחשוב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דמויות ומבנה הטקסט – מה זוכרים מהסיפור?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ברחוב הדקלים היה גג ירוק ומטופח.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עלתה לגג עם סבתא שלה כדי לתלות כביסה.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מיד הסכימה לרעיון של גינה על הגג.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תלתה מודעה שהזמינה שכנים שאוהבים צמחים.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דמויות ומבנה הטקסט – מתאימים דמות למעשה או לדיבור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שכן מהקומה השנייה שהגיע לפגישה ביום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הזמינה שכנים שאוהבים צמחים להיפגש ביום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מר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הציעה להקים גינה על הגג ולא ויתרה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השכן הזקן שתמיד שתק אבל הפתיע את 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המודעה בכניסה לבניין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צחקה ושאלה מאין תבוא האדמה ומי ישקה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דמויות ומבנה הטקסט – מתעמקים בדמויות ובמבנה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את נועה לפי המעשים שלה בסיפור (לפחות שני מעשים).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למה, לדעתכם, סבתא צחקה כששמעה את הרעיון של נועה? הסבירו לפי דבריה.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חלקו את הסיפור לשלושה חלקים: פתיחה, אמצע וסוף. כתבו משפט אחד לכל חלק.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ההתנהגות של מר אליהו מלמדת אותנו על אופיו, למרות שתמיד שתק?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לשון: שם עצם, פועל ושם תואר – זיהוי יסודי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של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צחקה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מתארת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איך משהו נראה?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כביסה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לשון: שם עצם, פועל ושם תואר – זיהוי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"סבתא" בסיפור היא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"צחקה" היא שם 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לשון: שם עצם, פועל ושם תואר – יחיד/רבים וזכר/נקבה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"יונים" בסיפור היא בלשון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"גינה" היא שם עצם בלשון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רוצים לתאר דלת (בלשון נקבה) בצבע כמו הגג, נכתוב: דלת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לשון: שם עצם, פועל ושם תואר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שכנים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ארגזים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אוצר מילים: נרדפות, הפכים ומשפחות מילים – זיהוי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במשמעות ל'משעמם'?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'ישן'?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במשמעות ל'הפתיע'?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'ויתרה'?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התעקשה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אוצר מילים: נרדפות, הפכים ומשפחות מילים – התאמת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עלתה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תעלה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עבר, יחיד נקבה (שורש תלה)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עבר, יחיד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תלתה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תואר (צורת סביל)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אוצר מילים: נרדפות, הפכים ומשפחות מילים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עם המילה "עלייה" (שם עצם מהשורש של עלתה).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"עלתה" ל"ירדה", ולמה זה זוג מילים הפוכות.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מהטקסט (למשל "משעמם" או "ישן") וכתבו לה גם מילה נרדפת וגם מילה הפוכה. הסבירו בקצרה את ההבדל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שלוש מילים נוספות מאותה משפחת מילים של השורש של "תלתה" (ת-ל-ה), והשתמשו באחת מהן במשפט.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יצירה: סוף חדש וציור – הכרה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רצתה גינה על הגג?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הביא ארגזים לגינה?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יצירה: סוף חדש וציור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הגג היה ירוק ומלא פרחים לפני שנועה הגיעה אליו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 אליהו תמיד דיבר הרבה ושיתף את השכנים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לענות על מי, מה ואיפה בטקסט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למצוא בטקסט שם עצם, פועל ושם תואר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סוף חדש לסיפור בכמה משפטים?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כרטיסיות משימה לכל טקסט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